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56"/>
          <w:szCs w:val="56"/>
        </w:rPr>
      </w:pPr>
      <w:r>
        <w:rPr>
          <w:b/>
          <w:sz w:val="56"/>
          <w:szCs w:val="56"/>
        </w:rPr>
        <w:t xml:space="preserve">🎨 </w:t>
      </w:r>
      <w:r>
        <w:rPr>
          <w:b/>
          <w:sz w:val="56"/>
          <w:szCs w:val="56"/>
        </w:rPr>
        <w:t>KOLOROWANKI Z BAJKI 🎨</w:t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sz w:val="32"/>
          <w:szCs w:val="32"/>
        </w:rPr>
      </w:pPr>
      <w:r>
        <w:rPr>
          <w:sz w:val="32"/>
          <w:szCs w:val="32"/>
        </w:rPr>
        <w:t>To specjalne ilustracje z Twojej bajki.</w:t>
        <w:br/>
        <w:t>Możesz je wydrukować i pokolorować tak, jak podpowiada Ci wyobraźnia!</w:t>
      </w:r>
    </w:p>
    <w:p>
      <w:pPr>
        <w:pStyle w:val="Normal"/>
        <w:rPr>
          <w:i/>
        </w:rPr>
      </w:pPr>
      <w:r>
        <w:rPr>
          <w:sz w:val="32"/>
          <w:szCs w:val="32"/>
        </w:rPr>
      </w:r>
    </w:p>
    <w:p>
      <w:pPr>
        <w:pStyle w:val="Normal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jc w:val="center"/>
        <w:rPr>
          <w:sz w:val="32"/>
          <w:szCs w:val="32"/>
        </w:rPr>
      </w:pPr>
      <w:r>
        <w:rPr>
          <w:sz w:val="32"/>
          <w:szCs w:val="32"/>
        </w:rPr>
        <w:t>Seria bajek: Przygody z Tęczkiem</w:t>
      </w:r>
    </w:p>
    <w:p>
      <w:pPr>
        <w:pStyle w:val="Normal"/>
        <w:jc w:val="center"/>
        <w:rPr>
          <w:sz w:val="32"/>
          <w:szCs w:val="32"/>
        </w:rPr>
      </w:pPr>
      <w:r>
        <w:rPr>
          <w:sz w:val="32"/>
          <w:szCs w:val="32"/>
        </w:rPr>
        <w:t>Bajki Personalizowane</w:t>
      </w:r>
    </w:p>
    <w:p>
      <w:pPr>
        <w:pStyle w:val="Normal"/>
        <w:jc w:val="center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jc w:val="center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spacing w:before="0" w:after="200"/>
        <w:jc w:val="center"/>
        <w:rPr>
          <w:sz w:val="32"/>
          <w:szCs w:val="32"/>
        </w:rPr>
      </w:pPr>
      <w:r>
        <w:rPr>
          <w:sz w:val="32"/>
          <w:szCs w:val="32"/>
        </w:rPr>
        <w:drawing>
          <wp:anchor distT="0" distB="0" distL="0" distR="0" simplePos="0" relativeHeight="2" behindDoc="0" locked="0" layoutInCell="0" allowOverlap="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87440" cy="8479155"/>
            <wp:effectExtent l="0" t="0" r="0" b="0"/>
            <wp:wrapSquare wrapText="largest"/>
            <wp:docPr id="1" name="Obraz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7440" cy="8479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nextPage"/>
      <w:pgSz w:w="12240" w:h="15840"/>
      <w:pgMar w:left="1800" w:right="180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mbria"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Courier">
    <w:altName w:val="Courier New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360"/>
        </w:tabs>
        <w:ind w:star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4">
    <w:lvl w:ilvl="0">
      <w:start w:val="1"/>
      <w:numFmt w:val="decimal"/>
      <w:lvlText w:val="%1."/>
      <w:lvlJc w:val="start"/>
      <w:pPr>
        <w:tabs>
          <w:tab w:val="num" w:pos="360"/>
        </w:tabs>
        <w:ind w:start="36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5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6">
    <w:lvl w:ilvl="0">
      <w:start w:val="1"/>
      <w:numFmt w:val="decimal"/>
      <w:lvlText w:val="%1."/>
      <w:lvlJc w:val="start"/>
      <w:pPr>
        <w:tabs>
          <w:tab w:val="num" w:pos="1080"/>
        </w:tabs>
        <w:ind w:start="108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7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ＭＳ 明朝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c693f"/>
    <w:pPr>
      <w:widowControl/>
      <w:bidi w:val="0"/>
      <w:spacing w:lineRule="auto" w:line="276" w:before="0" w:after="200"/>
      <w:jc w:val="star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 w:val="true"/>
      <w:keepLines/>
      <w:spacing w:before="480" w:after="0"/>
      <w:outlineLvl w:val="0"/>
    </w:pPr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 w:val="true"/>
      <w:keepLines/>
      <w:spacing w:before="200" w:after="0"/>
      <w:outlineLvl w:val="1"/>
    </w:pPr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 w:val="true"/>
      <w:keepLines/>
      <w:spacing w:before="200" w:after="0"/>
      <w:outlineLvl w:val="2"/>
    </w:pPr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 w:val="true"/>
      <w:keepLines/>
      <w:spacing w:before="200" w:after="0"/>
      <w:outlineLvl w:val="3"/>
    </w:pPr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themeColor="accent1"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 w:val="true"/>
      <w:keepLines/>
      <w:spacing w:before="200" w:after="0"/>
      <w:outlineLvl w:val="4"/>
    </w:pPr>
    <w:rPr>
      <w:rFonts w:ascii="Calibri" w:hAnsi="Calibri" w:eastAsia="ＭＳ ゴシック" w:cs="" w:asciiTheme="majorHAnsi" w:cstheme="majorBidi" w:eastAsiaTheme="majorEastAsia" w:hAnsiTheme="majorHAnsi"/>
      <w:color w:themeColor="accent1" w:themeShade="7f"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 w:val="true"/>
      <w:keepLines/>
      <w:spacing w:before="200" w:after="0"/>
      <w:outlineLvl w:val="5"/>
    </w:pPr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themeShade="7f"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 w:val="true"/>
      <w:keepLines/>
      <w:spacing w:before="200" w:after="0"/>
      <w:outlineLvl w:val="6"/>
    </w:pPr>
    <w:rPr>
      <w:rFonts w:ascii="Calibri" w:hAnsi="Calibri" w:eastAsia="ＭＳ ゴシック" w:cs="" w:asciiTheme="majorHAnsi" w:cstheme="majorBidi" w:eastAsiaTheme="majorEastAsia" w:hAnsiTheme="majorHAnsi"/>
      <w:i/>
      <w:iCs/>
      <w:color w:themeColor="text1" w:themeTint="bf" w:val="4040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 w:val="true"/>
      <w:keepLines/>
      <w:spacing w:before="200" w:after="0"/>
      <w:outlineLvl w:val="7"/>
    </w:pPr>
    <w:rPr>
      <w:rFonts w:ascii="Calibri" w:hAnsi="Calibri" w:eastAsia="ＭＳ ゴシック" w:cs="" w:asciiTheme="majorHAnsi" w:cstheme="majorBidi" w:eastAsiaTheme="majorEastAsia" w:hAnsiTheme="majorHAnsi"/>
      <w:color w:themeColor="accent1" w:val="4F81BD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 w:val="true"/>
      <w:keepLines/>
      <w:spacing w:before="200" w:after="0"/>
      <w:outlineLvl w:val="8"/>
    </w:pPr>
    <w:rPr>
      <w:rFonts w:ascii="Calibri" w:hAnsi="Calibri" w:eastAsia="ＭＳ ゴシック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HeaderChar" w:customStyle="1">
    <w:name w:val="Header Char"/>
    <w:basedOn w:val="DefaultParagraphFont"/>
    <w:uiPriority w:val="99"/>
    <w:qFormat/>
    <w:rsid w:val="00e618bf"/>
    <w:rPr/>
  </w:style>
  <w:style w:type="character" w:styleId="FooterChar" w:customStyle="1">
    <w:name w:val="Footer Char"/>
    <w:basedOn w:val="DefaultParagraphFont"/>
    <w:uiPriority w:val="99"/>
    <w:qFormat/>
    <w:rsid w:val="00e618bf"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Heading2Char" w:customStyle="1">
    <w:name w:val="Heading 2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Heading3Char" w:customStyle="1">
    <w:name w:val="Heading 3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</w:rPr>
  </w:style>
  <w:style w:type="character" w:styleId="TitleChar" w:customStyle="1">
    <w:name w:val="Title Char"/>
    <w:basedOn w:val="DefaultParagraphFont"/>
    <w:uiPriority w:val="10"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SubtitleChar" w:customStyle="1">
    <w:name w:val="Subtitle Char"/>
    <w:basedOn w:val="DefaultParagraphFont"/>
    <w:uiPriority w:val="11"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BodyTextChar" w:customStyle="1">
    <w:name w:val="Body Text Char"/>
    <w:basedOn w:val="DefaultParagraphFont"/>
    <w:uiPriority w:val="99"/>
    <w:qFormat/>
    <w:rsid w:val="00aa1d8d"/>
    <w:rPr/>
  </w:style>
  <w:style w:type="character" w:styleId="BodyText2Char" w:customStyle="1">
    <w:name w:val="Body Text 2 Char"/>
    <w:basedOn w:val="DefaultParagraphFont"/>
    <w:link w:val="BodyText2"/>
    <w:uiPriority w:val="99"/>
    <w:qFormat/>
    <w:rsid w:val="00aa1d8d"/>
    <w:rPr/>
  </w:style>
  <w:style w:type="character" w:styleId="BodyText3Char" w:customStyle="1">
    <w:name w:val="Body Text 3 Char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styleId="MacroTextChar" w:customStyle="1">
    <w:name w:val="Macro Text Char"/>
    <w:basedOn w:val="DefaultParagraphFont"/>
    <w:link w:val="MacroText"/>
    <w:uiPriority w:val="99"/>
    <w:qFormat/>
    <w:rsid w:val="0029639d"/>
    <w:rPr>
      <w:rFonts w:ascii="Courier" w:hAnsi="Courier"/>
      <w:sz w:val="20"/>
      <w:szCs w:val="20"/>
    </w:rPr>
  </w:style>
  <w:style w:type="character" w:styleId="QuoteChar" w:customStyle="1">
    <w:name w:val="Quote Char"/>
    <w:basedOn w:val="DefaultParagraphFont"/>
    <w:link w:val="Quote"/>
    <w:uiPriority w:val="29"/>
    <w:qFormat/>
    <w:rsid w:val="00fc693f"/>
    <w:rPr>
      <w:i/>
      <w:iCs/>
      <w:color w:themeColor="text1" w:val="000000"/>
    </w:rPr>
  </w:style>
  <w:style w:type="character" w:styleId="Heading4Char" w:customStyle="1">
    <w:name w:val="Heading 4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Heading5Char" w:customStyle="1">
    <w:name w:val="Heading 5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themeColor="accent1" w:themeShade="7f" w:val="243F60"/>
    </w:rPr>
  </w:style>
  <w:style w:type="character" w:styleId="Heading6Char" w:customStyle="1">
    <w:name w:val="Heading 6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themeShade="7f" w:val="243F60"/>
    </w:rPr>
  </w:style>
  <w:style w:type="character" w:styleId="Heading7Char" w:customStyle="1">
    <w:name w:val="Heading 7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themeColor="text1" w:themeTint="bf" w:val="404040"/>
    </w:rPr>
  </w:style>
  <w:style w:type="character" w:styleId="Heading8Char" w:customStyle="1">
    <w:name w:val="Heading 8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themeColor="accent1" w:val="4F81BD"/>
      <w:sz w:val="20"/>
      <w:szCs w:val="20"/>
    </w:rPr>
  </w:style>
  <w:style w:type="character" w:styleId="Heading9Char" w:customStyle="1">
    <w:name w:val="Heading 9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fc693f"/>
    <w:rPr>
      <w:b/>
      <w:bCs/>
      <w:i/>
      <w:iCs/>
      <w:color w:themeColor="accent1" w:val="4F81BD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themeColor="text1" w:themeTint="7f" w:val="808080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themeColor="accent1" w:val="4F81BD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themeColor="accent2" w:val="C0504D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themeColor="accent2"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before="0" w:after="120"/>
    </w:pPr>
    <w:rPr/>
  </w:style>
  <w:style w:type="paragraph" w:styleId="List">
    <w:name w:val="List"/>
    <w:basedOn w:val="Normal"/>
    <w:uiPriority w:val="99"/>
    <w:unhideWhenUsed/>
    <w:rsid w:val="00aa1d8d"/>
    <w:pPr>
      <w:spacing w:before="0" w:after="200"/>
      <w:ind w:hanging="360" w:start="360"/>
      <w:contextualSpacing/>
    </w:pPr>
    <w:rPr/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Rule="auto" w:line="240"/>
    </w:pPr>
    <w:rPr>
      <w:b/>
      <w:bCs/>
      <w:color w:themeColor="accent1" w:val="4F81BD"/>
      <w:sz w:val="18"/>
      <w:szCs w:val="18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fc693f"/>
    <w:pPr>
      <w:widowControl/>
      <w:bidi w:val="0"/>
      <w:spacing w:lineRule="auto" w:line="240" w:before="0" w:after="0"/>
      <w:jc w:val="star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lineRule="auto" w:line="240" w:before="0" w:after="300"/>
      <w:contextualSpacing/>
    </w:pPr>
    <w:rPr>
      <w:rFonts w:ascii="Calibri" w:hAnsi="Calibri" w:eastAsia="ＭＳ ゴシック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/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before="0" w:after="200"/>
      <w:ind w:start="720"/>
      <w:contextualSpacing/>
    </w:pPr>
    <w:rPr/>
  </w:style>
  <w:style w:type="paragraph" w:styleId="BodyText2">
    <w:name w:val="Body Text 2"/>
    <w:basedOn w:val="Normal"/>
    <w:link w:val="BodyText2Char"/>
    <w:uiPriority w:val="99"/>
    <w:unhideWhenUsed/>
    <w:qFormat/>
    <w:rsid w:val="00aa1d8d"/>
    <w:pPr>
      <w:spacing w:lineRule="auto" w:line="480" w:before="0" w:after="120"/>
    </w:pPr>
    <w:rPr/>
  </w:style>
  <w:style w:type="paragraph" w:styleId="BodyText3">
    <w:name w:val="Body Text 3"/>
    <w:basedOn w:val="Normal"/>
    <w:link w:val="BodyText3Char"/>
    <w:uiPriority w:val="99"/>
    <w:unhideWhenUsed/>
    <w:qFormat/>
    <w:rsid w:val="00aa1d8d"/>
    <w:pPr>
      <w:spacing w:before="0" w:after="120"/>
    </w:pPr>
    <w:rPr>
      <w:sz w:val="16"/>
      <w:szCs w:val="16"/>
    </w:rPr>
  </w:style>
  <w:style w:type="paragraph" w:styleId="List2">
    <w:name w:val="List 2"/>
    <w:basedOn w:val="Normal"/>
    <w:uiPriority w:val="99"/>
    <w:unhideWhenUsed/>
    <w:qFormat/>
    <w:rsid w:val="00326f90"/>
    <w:pPr>
      <w:spacing w:before="0" w:after="200"/>
      <w:ind w:hanging="360" w:start="720"/>
      <w:contextualSpacing/>
    </w:pPr>
    <w:rPr/>
  </w:style>
  <w:style w:type="paragraph" w:styleId="List3">
    <w:name w:val="List 3"/>
    <w:basedOn w:val="Normal"/>
    <w:uiPriority w:val="99"/>
    <w:unhideWhenUsed/>
    <w:qFormat/>
    <w:rsid w:val="00326f90"/>
    <w:pPr>
      <w:spacing w:before="0" w:after="200"/>
      <w:ind w:hanging="360" w:start="1080"/>
      <w:contextualSpacing/>
    </w:pPr>
    <w:rPr/>
  </w:style>
  <w:style w:type="paragraph" w:styleId="ListBullet">
    <w:name w:val="List Bullet"/>
    <w:basedOn w:val="Normal"/>
    <w:uiPriority w:val="99"/>
    <w:unhideWhenUsed/>
    <w:rsid w:val="00326f90"/>
    <w:pPr>
      <w:numPr>
        <w:ilvl w:val="0"/>
        <w:numId w:val="1"/>
      </w:numPr>
      <w:spacing w:before="0" w:after="200"/>
      <w:contextualSpacing/>
    </w:pPr>
    <w:rPr/>
  </w:style>
  <w:style w:type="paragraph" w:styleId="ListBullet2">
    <w:name w:val="List Bullet 2"/>
    <w:basedOn w:val="Normal"/>
    <w:uiPriority w:val="99"/>
    <w:unhideWhenUsed/>
    <w:rsid w:val="00326f90"/>
    <w:pPr>
      <w:numPr>
        <w:ilvl w:val="0"/>
        <w:numId w:val="2"/>
      </w:numPr>
      <w:spacing w:before="0" w:after="200"/>
      <w:contextualSpacing/>
    </w:pPr>
    <w:rPr/>
  </w:style>
  <w:style w:type="paragraph" w:styleId="ListBullet3">
    <w:name w:val="List Bullet 3"/>
    <w:basedOn w:val="Normal"/>
    <w:uiPriority w:val="99"/>
    <w:unhideWhenUsed/>
    <w:rsid w:val="00326f90"/>
    <w:pPr>
      <w:numPr>
        <w:ilvl w:val="0"/>
        <w:numId w:val="3"/>
      </w:numPr>
      <w:spacing w:before="0" w:after="200"/>
      <w:contextualSpacing/>
    </w:pPr>
    <w:rPr/>
  </w:style>
  <w:style w:type="paragraph" w:styleId="ListNumber">
    <w:name w:val="List Number"/>
    <w:basedOn w:val="Normal"/>
    <w:uiPriority w:val="99"/>
    <w:unhideWhenUsed/>
    <w:rsid w:val="00326f90"/>
    <w:pPr>
      <w:numPr>
        <w:ilvl w:val="0"/>
        <w:numId w:val="4"/>
      </w:numPr>
      <w:spacing w:before="0" w:after="200"/>
      <w:contextualSpacing/>
    </w:pPr>
    <w:rPr/>
  </w:style>
  <w:style w:type="paragraph" w:styleId="ListNumber2">
    <w:name w:val="List Number 2"/>
    <w:basedOn w:val="Normal"/>
    <w:uiPriority w:val="99"/>
    <w:unhideWhenUsed/>
    <w:rsid w:val="0029639d"/>
    <w:pPr>
      <w:numPr>
        <w:ilvl w:val="0"/>
        <w:numId w:val="5"/>
      </w:numPr>
      <w:spacing w:before="0" w:after="200"/>
      <w:contextualSpacing/>
    </w:pPr>
    <w:rPr/>
  </w:style>
  <w:style w:type="paragraph" w:styleId="ListNumber3">
    <w:name w:val="List Number 3"/>
    <w:basedOn w:val="Normal"/>
    <w:uiPriority w:val="99"/>
    <w:unhideWhenUsed/>
    <w:rsid w:val="0029639d"/>
    <w:pPr>
      <w:numPr>
        <w:ilvl w:val="0"/>
        <w:numId w:val="6"/>
      </w:numPr>
      <w:spacing w:before="0" w:after="200"/>
      <w:contextualSpacing/>
    </w:pPr>
    <w:rPr/>
  </w:style>
  <w:style w:type="paragraph" w:styleId="ListContinue">
    <w:name w:val="List Continue"/>
    <w:basedOn w:val="Normal"/>
    <w:uiPriority w:val="99"/>
    <w:unhideWhenUsed/>
    <w:rsid w:val="0029639d"/>
    <w:pPr>
      <w:spacing w:before="0" w:after="120"/>
      <w:ind w:start="360"/>
      <w:contextualSpacing/>
    </w:pPr>
    <w:rPr/>
  </w:style>
  <w:style w:type="paragraph" w:styleId="ListContinue2">
    <w:name w:val="List Continue 2"/>
    <w:basedOn w:val="Normal"/>
    <w:uiPriority w:val="99"/>
    <w:unhideWhenUsed/>
    <w:rsid w:val="0029639d"/>
    <w:pPr>
      <w:spacing w:before="0" w:after="120"/>
      <w:ind w:start="720"/>
      <w:contextualSpacing/>
    </w:pPr>
    <w:rPr/>
  </w:style>
  <w:style w:type="paragraph" w:styleId="ListContinue3">
    <w:name w:val="List Continue 3"/>
    <w:basedOn w:val="Normal"/>
    <w:uiPriority w:val="99"/>
    <w:unhideWhenUsed/>
    <w:rsid w:val="0029639d"/>
    <w:pPr>
      <w:spacing w:before="0" w:after="120"/>
      <w:ind w:start="1080"/>
      <w:contextualSpacing/>
    </w:pPr>
    <w:rPr/>
  </w:style>
  <w:style w:type="paragraph" w:styleId="MacroText">
    <w:name w:val="macro"/>
    <w:link w:val="MacroTextChar"/>
    <w:uiPriority w:val="99"/>
    <w:unhideWhenUsed/>
    <w:qFormat/>
    <w:rsid w:val="0029639d"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bidi w:val="0"/>
      <w:spacing w:lineRule="auto" w:line="276" w:before="0" w:after="200"/>
      <w:jc w:val="start"/>
    </w:pPr>
    <w:rPr>
      <w:rFonts w:ascii="Courier" w:hAnsi="Courier" w:eastAsia="ＭＳ 明朝" w:cs="" w:cstheme="minorBidi" w:eastAsiaTheme="minorEastAsia"/>
      <w:color w:val="auto"/>
      <w:kern w:val="0"/>
      <w:sz w:val="20"/>
      <w:szCs w:val="20"/>
      <w:lang w:val="en-US" w:eastAsia="en-US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pPr/>
    <w:rPr>
      <w:i/>
      <w:iCs/>
      <w:color w:themeColor="text1"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start="936" w:end="936"/>
    </w:pPr>
    <w:rPr>
      <w:b/>
      <w:bCs/>
      <w:i/>
      <w:iCs/>
      <w:color w:themeColor="accent1" w:val="4F81BD"/>
    </w:rPr>
  </w:style>
  <w:style w:type="paragraph" w:styleId="IndexHeading">
    <w:name w:val="index heading"/>
    <w:basedOn w:val="Nagwek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sz="8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sz="6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BA0CD" w:themeColor="accent1" w:sz="8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sz="6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CF7B79" w:themeColor="accent2" w:sz="8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sz="6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3CC82" w:themeColor="accent3" w:sz="8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sz="6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9F8AB9" w:themeColor="accent4" w:sz="8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sz="6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8C0D4" w:themeColor="accent5" w:sz="8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sz="6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9B074" w:themeColor="accent6" w:sz="8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sz="6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04040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BA0C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F7B79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B3CC82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F8AB9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8C0D4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9B074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LibreOffice/26.2.1.2$Windows_x86 LibreOffice_project/620$Build-2</Application>
  <AppVersion>15.0000</AppVersion>
  <Pages>2</Pages>
  <Words>28</Words>
  <Characters>161</Characters>
  <CharactersWithSpaces>185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dc:language>pl-PL</dc:language>
  <cp:lastModifiedBy/>
  <dcterms:modified xsi:type="dcterms:W3CDTF">2026-03-16T20:18:46Z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