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48"/>
          <w:szCs w:val="48"/>
        </w:rPr>
      </w:pPr>
      <w:r>
        <w:rPr>
          <w:b/>
          <w:sz w:val="48"/>
          <w:szCs w:val="48"/>
        </w:rPr>
        <w:t xml:space="preserve">⭐ </w:t>
      </w:r>
      <w:r>
        <w:rPr>
          <w:b/>
          <w:sz w:val="48"/>
          <w:szCs w:val="48"/>
        </w:rPr>
        <w:t>CERTYFIKAT BOHATERA BAJKI ⭐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>
          <w:sz w:val="32"/>
        </w:rPr>
        <w:t>Ten magiczny certyfikat potwierdza, że</w:t>
      </w:r>
    </w:p>
    <w:p>
      <w:pPr>
        <w:pStyle w:val="Normal"/>
        <w:jc w:val="center"/>
        <w:rPr/>
      </w:pPr>
      <w:r>
        <w:rPr>
          <w:b/>
          <w:sz w:val="64"/>
        </w:rPr>
        <w:t>LENA</w:t>
      </w:r>
    </w:p>
    <w:p>
      <w:pPr>
        <w:pStyle w:val="Normal"/>
        <w:jc w:val="center"/>
        <w:rPr/>
      </w:pPr>
      <w:r>
        <w:rPr>
          <w:sz w:val="32"/>
        </w:rPr>
        <w:t>jest oficjalnym bohaterem niezwykłej bajki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>
          <w:sz w:val="28"/>
        </w:rPr>
        <w:t>Za odwagę, dobroć i piękną wyobraźnię podczas magicznych przygód</w:t>
        <w:br/>
        <w:t>z jednorożcem Tęczkiem w świecie bajek.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>
          <w:i/>
          <w:sz w:val="24"/>
        </w:rPr>
        <w:t>Seria bajek: Przygody Leny i jednorożca Tęczka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>
          <w:sz w:val="24"/>
        </w:rPr>
        <w:t>Data: __________________________</w:t>
      </w:r>
    </w:p>
    <w:p>
      <w:pPr>
        <w:pStyle w:val="Normal"/>
        <w:jc w:val="center"/>
        <w:rPr/>
      </w:pPr>
      <w:r>
        <w:rPr>
          <w:sz w:val="24"/>
        </w:rPr>
        <w:t xml:space="preserve">Autor bajki: </w:t>
      </w:r>
      <w:r>
        <w:rPr>
          <w:sz w:val="24"/>
        </w:rPr>
        <w:t>Bajki Personalizowane</w:t>
      </w:r>
    </w:p>
    <w:p>
      <w:pPr>
        <w:pStyle w:val="Normal"/>
        <w:rPr/>
      </w:pPr>
      <w:r>
        <w:rPr/>
      </w:r>
    </w:p>
    <w:p>
      <w:pPr>
        <w:pStyle w:val="Normal"/>
        <w:spacing w:before="0" w:after="200"/>
        <w:jc w:val="center"/>
        <w:rPr/>
      </w:pPr>
      <w:r>
        <w:rPr>
          <w:sz w:val="28"/>
        </w:rPr>
        <w:t xml:space="preserve">🌈 </w:t>
      </w:r>
      <w:r>
        <w:rPr>
          <w:sz w:val="28"/>
        </w:rPr>
        <w:t>Ta historia powstała specjalnie dla Ciebie 🌈</w:t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mbria"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Courier">
    <w:altName w:val="Courier New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360"/>
        </w:tabs>
        <w:ind w:star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1080"/>
        </w:tabs>
        <w:ind w:start="108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star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star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star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start="72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star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star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star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star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start="1080"/>
      <w:contextualSpacing/>
    </w:pPr>
    <w:rPr/>
  </w:style>
  <w:style w:type="paragraph" w:styleId="MacroText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star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start="936" w:end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Nagwek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LibreOffice/26.2.1.2$Windows_x86 LibreOffice_project/620$Build-2</Application>
  <AppVersion>15.0000</AppVersion>
  <Pages>1</Pages>
  <Words>52</Words>
  <Characters>332</Characters>
  <CharactersWithSpaces>375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pl-PL</dc:language>
  <cp:lastModifiedBy/>
  <dcterms:modified xsi:type="dcterms:W3CDTF">2026-03-16T20:16:46Z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